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 - הפיל והעדר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איך פילים שומרים אחד על השני בעדר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וסמלים הקשורים לסכנה ועזרה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דרך פשוטה להירגע כשמשהו מבהיל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🔎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לשמור אחד על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💡 פרשנות והיסק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פילים חיים יחד בעדר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💡 מה קרה קודם - סדרו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טורף מתקרב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פיל אחד קורא "זהירות!"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כולם הולכים למקום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ביחד שומרים זה על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⚖️ התאימו את הסמל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(הטורף)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(חי בעדר)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🙂 הרגשה ועש״ן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ביחד שומרים אחד על השני ונשארים בטוחים.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✍️ כתיבה ושיתוף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יתארו פעולה מרגיעה, למשל נשימה עמוקה או פנייה למבוגר אהוב.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העדר בורח למקום בטוח אחרי האזהרה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נושמים לאט ואומרים "אני בסדר" (עש״ן ד״ק)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ביחד שומרים אחד על השני ורואים טוב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הצלילים 🔊 לפני כל שאלה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עש״ן ד״ק כקבוצה לפני המעבר למשימות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להתאים את מספר הפריטים ליכולת הקשב של כל תלמיד/ה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 - הפיל והעדר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פילים חיים יחד בעדר ושומרים אחד על השני. כשיש סכנה, פיל אחד מזהיר את כולם וביחד הולכים למקום בטוח.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🔎 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פילים חיים יחד בעדר?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לשמור אחד על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לישון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לאכול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הטורף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💡 פרשנות והיסק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פילים חיים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ביחד רואים טוב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💡 מה קרה קודם - סדרו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כולם הולכים למקום בטוח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ביחד שומרים זה על 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פיל אחד קורא "זהירות!"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טורף מתקרב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⚖️ התאימו את הסמל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 בעדר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הטורף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🙂 הרגשה ועש״ן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טוב לעזור לחבר כשיש סכנה?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✍️ כתיבה ושיתוף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או כתבו: מה אתם עושים כשאתם מרגישים פחד, כמו הפיל כששומע טורף?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עדר הפילים כשיש סכנה?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אנחנו עושים כשמשהו מבהיל אותנו?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כוחו של העדר - הפיל והעדר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