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 - הפיל והעדר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איך פילים שומרים אחד על השני בעדר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וסמלים הקשורים לסכנה ועזרה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דרך פשוטה להירגע כשמשהו מבהיל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🔎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לשמור אחד על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קורא "זהירות!"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למקום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רואים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קבוצה של בעלי חיים שחיים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💡 פרשנות והיסק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פילים חיים יחד בעדר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הפיל קורא "זהירות!"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מה שקורה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ביחד שומרים אחד על השני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💡 מה קרה קודם - סדרו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טורף מתקרב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פיל אחד קורא "זהירות!"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כולם הולכים למקום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ביחד שומרים זה על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⚖️ התאימו את הסמל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(הטורף)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(חי בעדר)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(ביחד רואים טוב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(קורא 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(הולכים למקום בטוח)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🙂 הרגשה ועש״ן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ביחד שומרים אחד על השני ונשארים בטוחים.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עוצרים, נושמים לאט, אומרים "אני בסדר" וממשיכים (עש״ן ד״ק).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✍️ כתיבה ושיתוף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יתארו פעולה מרגיעה, למשל נשימה עמוקה או פנייה למבוגר אהוב.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העדר בורח למקום בטוח אחרי האזהרה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נושמים לאט ואומרים "אני בסדר" (עש״ן ד״ק)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ביחד שומרים אחד על השני ורואים טוב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הצלילים 🔊 לפני כל שאלה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עש״ן ד״ק כקבוצה לפני המעבר למשימות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את מספר הפריטים ליכולת הקשב של כל תלמיד/ה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 - הפיל והעדר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פילים גרים ביחד. כשיש סכנה, פיל אחד צועק אזהרה וכולם בורחים למקום בטוח.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עֵדֶר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בעלי חיים שחיים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טוֹרֵף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שתוקפת חיות אחרות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זְהִירוּת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לְהַזְהִיר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למישהו שיש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מָקוֹם בָּטוּחַ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שאין בו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בְּיַחַד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עושים משהו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לִשְׁמֹר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שמישהו לא ייפגע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נְשִׁימָה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לשאוף ולנשוף אוויר לאט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🔎 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פילים גרים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לשמור אחד על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לישון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לאכול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החיה המסוכנת?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הפיל עושה כשיש סכנה?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בורח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 "זהירות!"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מתחבא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כולם הולכים?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למקום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טוב בלהיות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רואים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רואים פחות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רואים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"עדר"?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קבוצה של בעלי חיים שחיים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 חיים 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אוכל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💡 פרשנות והיסק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פילים חיים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ביחד רואים טוב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סכנה הפיל שותק ולא אומר 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העדר הולך למקום בטוח כשיש סכנה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בעדר שומרים זה על 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💡 מה קרה קודם - סדרו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טורף מתקרב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ביחד שומרים זה על 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הולכים למקום בטוח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 אחד קורא "זהירות!"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⚖️ התאימו את הסמל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קורא 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ביחד רואים טוב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👀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הולכים למקום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 בעדר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🏃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הטורף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🙂 הרגשה ועש״ן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טוב לעזור לחבר כשיש סכנה?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כשמשהו מבהיל אותנו, כמו הפיל?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✍️ כתיבה ושיתוף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כתבו: מה אתם עושים כשאתם מרגישים פחד, כמו הפיל כששומע טורף?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עדר הפילים כשיש סכנה?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אנחנו עושים כשמשהו מבהיל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טוב לפעול ביחד עם חברים?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כוחו של העדר - הפיל והעדר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