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הפיל והעדר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פילים שומרים אחד על השני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וסמלים הקשורים לסכנה ועזרה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כשמשהו מבהיל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🔎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אחד על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למקום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רואים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קבוצה של בעלי חיים שחיים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💡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פילים חיים 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הפיל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מה שקורה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ביחד שומרים אחד על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💡 מה קרה קודם -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טורף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פיל אחד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הולכים למקום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ביחד שומרים זה על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⚖️ התאימו את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 בעדר)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(ביחד רואים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(קורא 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(הולכים למקום 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🙂 הרגשה ועש״ן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ביחד שומרים אחד על השני ונשארים בטוחים.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עוצרים, נושמים לאט, אומרים "אני בסדר" וממשיכים (עש״ן ד״ק).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✍️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פעולה מרגיעה, למשל נשימה עמוקה או פנייה למבוגר אהוב.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העדר בורח למקום בטוח אחרי האזהרה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 לאט ואומרים "אני בסדר" (עש״ן ד״ק)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ביחד שומרים אחד על השני ורואים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הצלילים 🔊 לפני כל שאלה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עש״ן ד״ק כקבוצה לפני המעבר למשימות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מספר הפריטים ליכולת הקשב של כל תלמיד/ה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הפיל והעדר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פילים חיים יחד בעדר ושומרים אחד על השני. כשיש סכנה, פיל אחד מזהיר את כולם וביחד הולכים למקום בטוח.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🔎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פילים חיים יחד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לישון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לאכול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הטורף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הפיל כשרואה 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בורח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 "זהירות!"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הולכים הפילים כששומעים אזהרה?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למקום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רואים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המילה "עדר"?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של בעלי חיים שחיים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 חיים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💡 פרשנות והיסק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חיים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 רואים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סכנה הפיל שותק ולא אומר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העדר הולך למקום בטוח כשיש סכנה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שומרים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💡 מה קרה קודם -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הולכים למקום בטוח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טורף מתקרב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 שומרים זה על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 אחד קורא "זהירות!"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⚖️ התאימו את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 בעדר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הולכים למקום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ביחד רואים טוב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🙂 הרגשה ועש״ן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לעזור לחבר כשיש סכנה?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כשמשהו מבהיל אותנו, כמו הפיל?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✍️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מה אתם עושים כשאתם מרגישים פחד, כמו הפיל כששומע טורף?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עדר הפילים כשיש סכנה?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אנחנו עושים כשמשהו מבהיל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טוב לפעול ביחד עם חברים?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 - הפיל והעדר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